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052310" cy="470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iningsplan stand 05.07.2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